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למה צריך כללים? – שיעור יוצא מהמסגרת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למה צריך כללים?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נדרשים כללים בחיים משותפים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כלל הוגן ללא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תהליך של בניית כללים מוסכמים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נוצרים ויכוחים ובלגן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שכל אחד יוכל להתכונן ולדעת למה לצפות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מתחילים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כללים עוזרים לשמור על סדר, הוגנות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כשאין כללים ברורים קשה לדעת מה מותר ומה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הדרך המקובלת ליצור כללים שכולם מקבלים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(הנחיה לגבי איך לנהוג)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(שווה וצודק לכולם)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(אוסף כללים שנכתב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(מצב שקשה להכריע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כללים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למה שקורה כשאין 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לזהות בעיות או אי הוגנות שנוצרו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להציע הצעות לכללים אפשריים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לדון יחד ולבחור כללים בהסכמה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שלושה כללים הגיוניים (למשל חלוקת משאבים, בטיחות, כבוד הדדי) עם הסבר קצר לכל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כמו: סדר, הוגנות,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המראה הבנה של הוגנות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הצעה הגיונית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ללא חוקים כדי שהתלמידים יחוו בעצמם את הבלגן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קבוצתי קצר אחרי חלק ההתאמה והמיון כדי לחדד את ההבדל בין הוגן ללא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משימת הכתיבה הפתוחה כעבודה בזוגות לקראת כתיבת חוקה כיתתית אמיתית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למה צריך כללים? – שיעור יוצא מהמסגרת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למה צריך כללים?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רעיונות שעלו במשחקים ובדיונים על כללים: מה קורה כשאין חוקים, איך בונים כללים הוגנים, ואיך מגיעים להסכמה בקבוצה.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הסכמה  ·  בלגן  ·  לא הוגן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בדרך כלל במשחק בלי חוקים קבועים?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כולם נהנים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נוצרים ויכוחים ובלגן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המשחק נגמר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חשוב שכלל יהיה ידוע מראש לכולם?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שיהיה קל לשבור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שכל אחד יוכל להתכונן ולדעת למה לצפות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שרק חלק יידעו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במשחק המעגל - מה קורה כששני קולות נשמעים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ממשיכים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מתחילים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המשחק נגמר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כללים נועדו רק כדי להגביל אנשים ולא עוזרים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 ללא חוקים קבועים עלול ליצור תחושת בלבול או עוול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לבנות כללים משותפים דרך דיון והסכמה קבוצתית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כלל שאינו חל על כולם באותו אופן נחשב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כשאין חוקים ברורים במשחק, לרוב נוצר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שכלל יתקבל על כולם, צריך להגיע ל__________ בין חברי 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מצב שקשה להכריע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הוגן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הנחיה לגבי איך לנהוג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שווה וצודק לכולם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דילמה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אוסף כללים שנכתב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בניית כללים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לזהות בעיות או אי הוגנות שנוצרו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לב למה שקורה כשאין כללים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לדון יחד ולבחור כללים בהסכמה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להציע הצעות לכללים אפשריים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מגיעים לאי בודד עם קבוצה של אנשים זרים. כתבו שלושה כללים שהייתם מציעים לקבוצה, והסבירו למה כל כלל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במילה אחת למה צריך כללים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לכלל הוגן ולכלל לא הוגן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למה צריך כללים?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