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בחיים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כלל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כללים מוסכמים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נוצרים ויכוחים ובלגן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שכל אחד יוכל להתכונן ולדעת למה לצפות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כלל הוגן חל על כולם באותו אופן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לבנות כללים משותפים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כשהוא נותן יתרון לקבוצה אחת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כללים עוזרים לשמור על סדר, הוגנות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כשאין כללים ברורים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כלל הוגן חייב להיות קבוע וידוע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המקובלת ליצור כללים שכולם מקבלים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כשאדם משתתף בכתיבת הכלל הוא מרגיש מחויב אליו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בדילמות לרוב יש כמה נקודות מבט אפשריות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(הנחיה לגבי איך לנהוג)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(שווה וצודק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(אוסף כללים שנכתב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שקשה להכריע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(כשכולם מקבלים את אותה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כללים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שקורה כשאין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בעיות או אי הוגנות שנוצרו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להציע הצעות לכללים אפשריים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לדון יחד ולבחור כללים בהסכמה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הכללים ולשמור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שלושה כללים הגיוניים (למשל חלוקת משאבים, בטיחות, כבוד הדדי)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קונקרטי והצעת כלל רלוונטי שהיה פותר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סדר, הוגנות,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המראה הבנה של 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ללא חוקים כדי שהתלמידים יחוו בעצמם את הבלגן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אחרי חלק ההתאמה והמיון כדי לחדד את ההבדל בין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הפתוחה כעבודה בזוגות לקראת כתיבת חוקה כיתתית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רעיונות שעלו במשחקים ובדיונים על כללים: מה קורה כשאין חוקים, איך בונים כללים הוגנים, ואיך מגיעים להסכמה בקבוצה.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בדרך כלל במשחק בלי חוקים קבועים?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נהנים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נוצרים ויכוחים ובלגן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שכלל יהיה ידוע מראש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קל לשבור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שכל אחד יוכל להתכונן ולדעת למה לצפות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שרק חלק יידעו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כלל הוגן לכלל לא הוגן?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 הוגן חל על כולם באותו אופן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 לא הוגן תמיד קפדני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 הוגן תמיד קל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במשחק המעגל - מה קורה כששני קולות נשמעים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בניית חוקה באי הבודד?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חוקים בלי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כללים משותפים בהסכמה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מנהיג יחיד שקובע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כללים ממקום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כלל נחשב לא הוגן?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חל על כולם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נותן יתרון לקבוצה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ברור וידוע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נועדו רק כדי להגביל אנשים ולא עוזרים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ללא חוקים קבועים עלול ליצור תחושת בלבול או עוול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שמשתנה כל הזמן בלי הודעה מראש הוא כלל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כללים משותפים דרך דיון והסכמה 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חוקה שנכתבת ביחד נותנת לאנשים תחושת שייכות ואחריות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דילמה יש לה תשובה אחת נכונה בלבד שכולם מסכימים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שאינו חל על כולם באותו אופן נחשב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כשאין חוקים ברורים במשחק, לרוב נוצר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שכלל יתקבל על כולם, צריך להגיע ל__________ בין חברי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אוסף כללים שקבוצה כותבת לעצמה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קשה להחליט מה נכון לעשות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שווה וצודק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שקשה להכריע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כשכולם מקבלים את אותה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 כללים שנכתב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הנחיה לגבי איך לנהוג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כללים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הצעות לכללים אפשריים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לדון יחד ולבחור כללים בהסכמה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שקורה כשאין 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הכללים ולשמור עליהם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בעיות או אי הוגנות שנוצרו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מגיעים לאי בודד עם קבוצה של אנשים זרים. כתבו שלושה כללים שהייתם מציעים לקבוצה, והסבירו למה כל כלל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אמיתי מהיומיום שלכם שבו כלל ברור היה יכול למנוע ויכוח. מה היה הכלל?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במילה אחת למה צריך כללים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לכלל הוגן ולכלל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משנים בכלל אחד בבית הספר שלכם,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